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8A6421" w14:paraId="60B605D1" w14:textId="77777777" w:rsidTr="003A5FA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0254A399" w14:textId="77777777" w:rsidR="008A6421" w:rsidRDefault="008A6421" w:rsidP="003A5FA7">
            <w:pPr>
              <w:keepNext/>
              <w:rPr>
                <w:i/>
                <w:color w:val="595959"/>
              </w:rPr>
            </w:pPr>
            <w:r>
              <w:rPr>
                <w:noProof/>
              </w:rPr>
              <w:drawing>
                <wp:inline distT="0" distB="0" distL="0" distR="0" wp14:anchorId="138BD4E1" wp14:editId="7672853D">
                  <wp:extent cx="828675" cy="1257300"/>
                  <wp:effectExtent l="0" t="0" r="9525" b="0"/>
                  <wp:docPr id="521765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18000" contrast="6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67" t="15433" r="56250" b="101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14E300" w14:textId="77777777" w:rsidR="008A6421" w:rsidRDefault="008A6421" w:rsidP="003A5FA7">
            <w:pPr>
              <w:keepNext/>
              <w:jc w:val="center"/>
            </w:pPr>
          </w:p>
        </w:tc>
        <w:tc>
          <w:tcPr>
            <w:tcW w:w="8030" w:type="dxa"/>
            <w:gridSpan w:val="3"/>
            <w:shd w:val="clear" w:color="auto" w:fill="F0F0F0"/>
          </w:tcPr>
          <w:p w14:paraId="3055363E" w14:textId="77777777" w:rsidR="008A6421" w:rsidRDefault="008A6421" w:rsidP="003A5FA7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500EBEAE" w14:textId="77777777" w:rsidR="008A6421" w:rsidRDefault="008A6421" w:rsidP="003A5FA7">
            <w:pPr>
              <w:keepNext/>
            </w:pPr>
            <w:r>
              <w:t>ARGES</w:t>
            </w:r>
          </w:p>
        </w:tc>
      </w:tr>
      <w:tr w:rsidR="008A6421" w14:paraId="24868D25" w14:textId="77777777" w:rsidTr="003A5FA7">
        <w:trPr>
          <w:cantSplit/>
          <w:trHeight w:val="510"/>
        </w:trPr>
        <w:tc>
          <w:tcPr>
            <w:tcW w:w="1606" w:type="dxa"/>
            <w:vMerge/>
          </w:tcPr>
          <w:p w14:paraId="420A1AF6" w14:textId="77777777" w:rsidR="008A6421" w:rsidRDefault="008A6421" w:rsidP="003A5FA7"/>
        </w:tc>
        <w:tc>
          <w:tcPr>
            <w:tcW w:w="8030" w:type="dxa"/>
            <w:gridSpan w:val="3"/>
            <w:shd w:val="clear" w:color="auto" w:fill="F0F0F0"/>
          </w:tcPr>
          <w:p w14:paraId="18B928C2" w14:textId="77777777" w:rsidR="008A6421" w:rsidRDefault="008A6421" w:rsidP="003A5FA7">
            <w:pPr>
              <w:keepNext/>
            </w:pPr>
            <w:r>
              <w:rPr>
                <w:b/>
                <w:color w:val="0D5F78"/>
              </w:rPr>
              <w:t>Autoritatea administrației publice</w:t>
            </w:r>
          </w:p>
          <w:p w14:paraId="125D68B4" w14:textId="77777777" w:rsidR="008A6421" w:rsidRDefault="008A6421" w:rsidP="003A5FA7">
            <w:pPr>
              <w:keepNext/>
            </w:pPr>
            <w:r>
              <w:t>PRIMARIA MUNICIPIULUI CURTEA DE ARGES – PRIMARUL MUNICIPIULUI CURTEA DE ARGES</w:t>
            </w:r>
          </w:p>
        </w:tc>
      </w:tr>
      <w:tr w:rsidR="008A6421" w14:paraId="3542BABE" w14:textId="77777777" w:rsidTr="003A5FA7">
        <w:trPr>
          <w:cantSplit/>
          <w:trHeight w:val="510"/>
        </w:trPr>
        <w:tc>
          <w:tcPr>
            <w:tcW w:w="1606" w:type="dxa"/>
            <w:vMerge/>
          </w:tcPr>
          <w:p w14:paraId="58E1906B" w14:textId="77777777" w:rsidR="008A6421" w:rsidRDefault="008A6421" w:rsidP="003A5FA7"/>
        </w:tc>
        <w:tc>
          <w:tcPr>
            <w:tcW w:w="2409" w:type="dxa"/>
            <w:shd w:val="clear" w:color="auto" w:fill="F0F0F0"/>
          </w:tcPr>
          <w:p w14:paraId="606E39C0" w14:textId="77777777" w:rsidR="008A6421" w:rsidRPr="00F801F2" w:rsidRDefault="008A6421" w:rsidP="003A5FA7">
            <w:pPr>
              <w:keepNext/>
              <w:rPr>
                <w:lang w:val="fr-FR"/>
              </w:rPr>
            </w:pPr>
            <w:r w:rsidRPr="00F801F2">
              <w:rPr>
                <w:b/>
                <w:color w:val="0D5F78"/>
                <w:lang w:val="fr-FR"/>
              </w:rPr>
              <w:t>Cod de identificare fiscală (CIF)</w:t>
            </w:r>
          </w:p>
          <w:p w14:paraId="7FAA75A1" w14:textId="77777777" w:rsidR="008A6421" w:rsidRPr="00F801F2" w:rsidRDefault="008A6421" w:rsidP="003A5FA7">
            <w:pPr>
              <w:keepNext/>
              <w:rPr>
                <w:lang w:val="fr-FR"/>
              </w:rPr>
            </w:pPr>
            <w:r w:rsidRPr="00E9273B">
              <w:t>4121927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496F9D7F" w14:textId="77777777" w:rsidR="008A6421" w:rsidRDefault="008A6421" w:rsidP="003A5FA7">
            <w:pPr>
              <w:keepNext/>
            </w:pPr>
            <w:r>
              <w:rPr>
                <w:b/>
                <w:color w:val="0D5F78"/>
              </w:rPr>
              <w:t>Adresa oficială</w:t>
            </w:r>
          </w:p>
          <w:p w14:paraId="59F9DC4A" w14:textId="77777777" w:rsidR="008A6421" w:rsidRDefault="008A6421" w:rsidP="003A5FA7">
            <w:pPr>
              <w:keepNext/>
              <w:rPr>
                <w:i/>
                <w:color w:val="7A7A7A"/>
              </w:rPr>
            </w:pPr>
            <w:r>
              <w:rPr>
                <w:i/>
                <w:color w:val="7A7A7A"/>
              </w:rPr>
              <w:t>Mun. Curtea de Arges, Bd. Basarabilor, Nr. 99, Cod postal 115300</w:t>
            </w:r>
          </w:p>
          <w:p w14:paraId="6184E3D7" w14:textId="77777777" w:rsidR="008A6421" w:rsidRDefault="008A6421" w:rsidP="003A5FA7">
            <w:pPr>
              <w:keepNext/>
              <w:rPr>
                <w:i/>
                <w:color w:val="7A7A7A"/>
              </w:rPr>
            </w:pPr>
            <w:r>
              <w:rPr>
                <w:i/>
                <w:color w:val="7A7A7A"/>
              </w:rPr>
              <w:t>Tel. 0248721033 – Fax 0248721107</w:t>
            </w:r>
          </w:p>
          <w:p w14:paraId="42258A98" w14:textId="77777777" w:rsidR="008A6421" w:rsidRDefault="008A6421" w:rsidP="003A5FA7">
            <w:pPr>
              <w:keepNext/>
            </w:pPr>
            <w:r w:rsidRPr="004B47D1">
              <w:rPr>
                <w:i/>
                <w:color w:val="7A7A7A"/>
              </w:rPr>
              <w:t>primariacurteadearges@yahoo.com</w:t>
            </w:r>
            <w:r>
              <w:rPr>
                <w:i/>
                <w:color w:val="7A7A7A"/>
              </w:rPr>
              <w:t xml:space="preserve"> – urbanism@primariacurteadearges.ro</w:t>
            </w:r>
          </w:p>
        </w:tc>
      </w:tr>
      <w:tr w:rsidR="008A6421" w14:paraId="78E65D74" w14:textId="77777777" w:rsidTr="003A5FA7">
        <w:trPr>
          <w:cantSplit/>
          <w:trHeight w:val="510"/>
        </w:trPr>
        <w:tc>
          <w:tcPr>
            <w:tcW w:w="1606" w:type="dxa"/>
            <w:vMerge/>
          </w:tcPr>
          <w:p w14:paraId="5C02D67A" w14:textId="77777777" w:rsidR="008A6421" w:rsidRDefault="008A6421" w:rsidP="003A5FA7"/>
        </w:tc>
        <w:tc>
          <w:tcPr>
            <w:tcW w:w="4818" w:type="dxa"/>
            <w:gridSpan w:val="2"/>
            <w:shd w:val="clear" w:color="auto" w:fill="F0F0F0"/>
          </w:tcPr>
          <w:p w14:paraId="73EADCC9" w14:textId="77777777" w:rsidR="008A6421" w:rsidRDefault="008A6421" w:rsidP="003A5FA7">
            <w:pPr>
              <w:keepNext/>
            </w:pPr>
            <w:r>
              <w:rPr>
                <w:b/>
                <w:color w:val="0D5F78"/>
              </w:rPr>
              <w:t>Număr de înregistrare</w:t>
            </w:r>
          </w:p>
          <w:p w14:paraId="1424FC64" w14:textId="77777777" w:rsidR="008A6421" w:rsidRDefault="008A6421" w:rsidP="003A5FA7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69F3350F" w14:textId="77777777" w:rsidR="008A6421" w:rsidRDefault="008A6421" w:rsidP="003A5FA7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32476B26" w14:textId="77777777" w:rsidR="008A6421" w:rsidRDefault="008A6421" w:rsidP="003A5FA7">
            <w:pPr>
              <w:keepNext/>
            </w:pPr>
          </w:p>
        </w:tc>
      </w:tr>
      <w:tr w:rsidR="008A6421" w:rsidRPr="0021562A" w14:paraId="592C4CD1" w14:textId="77777777" w:rsidTr="003A5FA7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389C2460" w14:textId="77777777" w:rsidR="008A6421" w:rsidRPr="00F801F2" w:rsidRDefault="008A6421" w:rsidP="003A5FA7">
            <w:pPr>
              <w:rPr>
                <w:lang w:val="fr-FR"/>
              </w:rPr>
            </w:pPr>
            <w:r w:rsidRPr="00F801F2">
              <w:rPr>
                <w:i/>
                <w:color w:val="595959"/>
                <w:lang w:val="fr-FR"/>
              </w:rPr>
              <w:t xml:space="preserve"> se completează de autoritate — solicitantul nu scrie în această zonă</w:t>
            </w:r>
          </w:p>
        </w:tc>
      </w:tr>
    </w:tbl>
    <w:p w14:paraId="118016BF" w14:textId="77777777" w:rsidR="00BD4241" w:rsidRPr="00A256C2" w:rsidRDefault="00BD4241">
      <w:pPr>
        <w:spacing w:line="168" w:lineRule="auto"/>
        <w:rPr>
          <w:lang w:val="fr-FR"/>
        </w:rPr>
      </w:pPr>
    </w:p>
    <w:p w14:paraId="79F54518" w14:textId="77777777" w:rsidR="00BD4241" w:rsidRPr="00850B64" w:rsidRDefault="00000000">
      <w:pPr>
        <w:spacing w:before="140" w:after="40"/>
        <w:jc w:val="center"/>
        <w:rPr>
          <w:sz w:val="28"/>
          <w:szCs w:val="28"/>
        </w:rPr>
      </w:pPr>
      <w:r w:rsidRPr="00850B64">
        <w:rPr>
          <w:b/>
          <w:sz w:val="28"/>
          <w:szCs w:val="28"/>
        </w:rPr>
        <w:t>CERERE</w:t>
      </w:r>
    </w:p>
    <w:p w14:paraId="5168B443" w14:textId="77777777" w:rsidR="00BD4241" w:rsidRDefault="00BD4241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14:paraId="5B8127F4" w14:textId="77777777">
        <w:trPr>
          <w:cantSplit/>
        </w:trPr>
        <w:tc>
          <w:tcPr>
            <w:tcW w:w="9636" w:type="dxa"/>
            <w:shd w:val="clear" w:color="auto" w:fill="F4F4F4"/>
          </w:tcPr>
          <w:p w14:paraId="38D842A3" w14:textId="77777777" w:rsidR="00BD4241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BD4241" w:rsidRPr="00917520" w14:paraId="224D3884" w14:textId="77777777">
        <w:trPr>
          <w:cantSplit/>
          <w:trHeight w:val="510"/>
        </w:trPr>
        <w:tc>
          <w:tcPr>
            <w:tcW w:w="9636" w:type="dxa"/>
          </w:tcPr>
          <w:p w14:paraId="04E69316" w14:textId="77777777" w:rsidR="00BD4241" w:rsidRPr="00A256C2" w:rsidRDefault="00000000">
            <w:pPr>
              <w:keepNext/>
              <w:rPr>
                <w:lang w:val="fr-FR"/>
              </w:rPr>
            </w:pPr>
            <w:r w:rsidRPr="00A256C2">
              <w:rPr>
                <w:b/>
                <w:color w:val="0D5F78"/>
                <w:lang w:val="fr-FR"/>
              </w:rPr>
              <w:t>Instituția</w:t>
            </w:r>
          </w:p>
          <w:p w14:paraId="76D7CFA5" w14:textId="77777777" w:rsidR="008A6421" w:rsidRPr="00F801F2" w:rsidRDefault="008A6421" w:rsidP="008A6421">
            <w:pPr>
              <w:keepNext/>
              <w:rPr>
                <w:lang w:val="fr-FR"/>
              </w:rPr>
            </w:pPr>
            <w:r w:rsidRPr="00F801F2">
              <w:rPr>
                <w:i/>
                <w:color w:val="7A7A7A"/>
                <w:lang w:val="fr-FR"/>
              </w:rPr>
              <w:t xml:space="preserve">primăria municipiului / </w:t>
            </w:r>
            <w:r w:rsidRPr="00F32A83">
              <w:rPr>
                <w:i/>
                <w:strike/>
                <w:color w:val="7A7A7A"/>
                <w:lang w:val="fr-FR"/>
              </w:rPr>
              <w:t>orașului / comunei · primăria de sector · consiliul județean</w:t>
            </w:r>
            <w:r w:rsidRPr="00F32A83">
              <w:rPr>
                <w:i/>
                <w:color w:val="7A7A7A"/>
                <w:lang w:val="fr-FR"/>
              </w:rPr>
              <w:t xml:space="preserve">    </w:t>
            </w:r>
            <w:r w:rsidRPr="00F32A83">
              <w:rPr>
                <w:b/>
                <w:bCs/>
                <w:iCs/>
                <w:color w:val="7A7A7A"/>
                <w:lang w:val="fr-FR"/>
              </w:rPr>
              <w:t>CURTEA DE ARGES</w:t>
            </w:r>
          </w:p>
          <w:p w14:paraId="10337CF3" w14:textId="77777777" w:rsidR="00BD4241" w:rsidRPr="00A256C2" w:rsidRDefault="00BD4241">
            <w:pPr>
              <w:keepNext/>
              <w:rPr>
                <w:lang w:val="fr-FR"/>
              </w:rPr>
            </w:pPr>
          </w:p>
        </w:tc>
      </w:tr>
      <w:tr w:rsidR="00BD4241" w:rsidRPr="00917520" w14:paraId="046C4EE0" w14:textId="77777777">
        <w:trPr>
          <w:cantSplit/>
        </w:trPr>
        <w:tc>
          <w:tcPr>
            <w:tcW w:w="9636" w:type="dxa"/>
            <w:shd w:val="clear" w:color="auto" w:fill="F4F4F4"/>
          </w:tcPr>
          <w:p w14:paraId="077DE950" w14:textId="77777777" w:rsidR="00BD4241" w:rsidRPr="00A256C2" w:rsidRDefault="00000000">
            <w:pPr>
              <w:spacing w:line="228" w:lineRule="auto"/>
              <w:rPr>
                <w:lang w:val="fr-FR"/>
              </w:rPr>
            </w:pPr>
            <w:r w:rsidRPr="00A256C2">
              <w:rPr>
                <w:lang w:val="fr-FR"/>
              </w:rPr>
              <w:t>Cererea va fi transmisă către președintele consiliului județean, primarul general, primarul de sector sau primarul municipiului / orașului / comunei, după caz.</w:t>
            </w:r>
          </w:p>
        </w:tc>
      </w:tr>
    </w:tbl>
    <w:p w14:paraId="4A1A8C50" w14:textId="77777777" w:rsidR="00BD4241" w:rsidRPr="00A256C2" w:rsidRDefault="00BD4241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BD4241" w14:paraId="6254D53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785C7F4" w14:textId="77777777" w:rsidR="00BD4241" w:rsidRDefault="00000000">
            <w:pPr>
              <w:keepNext/>
            </w:pPr>
            <w:r w:rsidRPr="00A256C2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BD4241" w14:paraId="7C34C75B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6B85CA98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06BA1AF7" w14:textId="77777777" w:rsidR="00BD4241" w:rsidRDefault="00BD4241">
            <w:pPr>
              <w:keepNext/>
            </w:pPr>
          </w:p>
        </w:tc>
        <w:tc>
          <w:tcPr>
            <w:tcW w:w="4015" w:type="dxa"/>
            <w:gridSpan w:val="3"/>
          </w:tcPr>
          <w:p w14:paraId="2CA91F04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6F17B983" w14:textId="77777777" w:rsidR="00BD4241" w:rsidRDefault="00BD4241">
            <w:pPr>
              <w:keepNext/>
            </w:pPr>
          </w:p>
        </w:tc>
      </w:tr>
      <w:tr w:rsidR="00BD4241" w14:paraId="59B3BBBA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FD0D623" w14:textId="77777777" w:rsidR="00BD4241" w:rsidRDefault="00000000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BD4241" w14:paraId="642D4D2F" w14:textId="77777777">
        <w:trPr>
          <w:cantSplit/>
          <w:trHeight w:val="510"/>
        </w:trPr>
        <w:tc>
          <w:tcPr>
            <w:tcW w:w="1606" w:type="dxa"/>
          </w:tcPr>
          <w:p w14:paraId="5F35C58E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2CE8C383" w14:textId="77777777" w:rsidR="00BD4241" w:rsidRDefault="00BD4241">
            <w:pPr>
              <w:keepNext/>
            </w:pPr>
          </w:p>
        </w:tc>
        <w:tc>
          <w:tcPr>
            <w:tcW w:w="1606" w:type="dxa"/>
          </w:tcPr>
          <w:p w14:paraId="78A133C8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5B4C6C87" w14:textId="77777777" w:rsidR="00BD4241" w:rsidRDefault="00BD4241">
            <w:pPr>
              <w:keepNext/>
            </w:pPr>
          </w:p>
        </w:tc>
        <w:tc>
          <w:tcPr>
            <w:tcW w:w="4818" w:type="dxa"/>
            <w:gridSpan w:val="5"/>
          </w:tcPr>
          <w:p w14:paraId="1DEC4E0A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0D7A84B1" w14:textId="77777777" w:rsidR="00BD4241" w:rsidRDefault="00BD4241">
            <w:pPr>
              <w:keepNext/>
            </w:pPr>
          </w:p>
        </w:tc>
        <w:tc>
          <w:tcPr>
            <w:tcW w:w="1606" w:type="dxa"/>
          </w:tcPr>
          <w:p w14:paraId="3041307A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4FED784F" w14:textId="77777777" w:rsidR="00BD4241" w:rsidRDefault="00BD4241">
            <w:pPr>
              <w:keepNext/>
            </w:pPr>
          </w:p>
        </w:tc>
      </w:tr>
      <w:tr w:rsidR="00BD4241" w14:paraId="71F4087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8F6DFCA" w14:textId="77777777" w:rsidR="00BD4241" w:rsidRDefault="00000000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BD4241" w14:paraId="3933B7C8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39F4E2DE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02B03665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4"/>
          </w:tcPr>
          <w:p w14:paraId="3D2368B4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12749B16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2"/>
          </w:tcPr>
          <w:p w14:paraId="1E6E4F5F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08E7A1B8" w14:textId="77777777" w:rsidR="00BD4241" w:rsidRDefault="00BD4241">
            <w:pPr>
              <w:keepNext/>
            </w:pPr>
          </w:p>
        </w:tc>
      </w:tr>
      <w:tr w:rsidR="00BD4241" w14:paraId="207F9BCC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01E4661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747EBF17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3D75DCFA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6DAB33F7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5BF58011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743EF765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2EA5DB1F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2BD410CD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01954877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5709B55A" w14:textId="77777777" w:rsidR="00BD4241" w:rsidRDefault="00BD4241">
            <w:pPr>
              <w:keepNext/>
            </w:pPr>
          </w:p>
        </w:tc>
        <w:tc>
          <w:tcPr>
            <w:tcW w:w="1606" w:type="dxa"/>
          </w:tcPr>
          <w:p w14:paraId="2A7F1969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68FE9CAC" w14:textId="77777777" w:rsidR="00BD4241" w:rsidRDefault="00BD4241">
            <w:pPr>
              <w:keepNext/>
            </w:pPr>
          </w:p>
        </w:tc>
        <w:tc>
          <w:tcPr>
            <w:tcW w:w="1606" w:type="dxa"/>
          </w:tcPr>
          <w:p w14:paraId="0ACD4FEC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017FD79F" w14:textId="77777777" w:rsidR="00BD4241" w:rsidRDefault="00BD4241">
            <w:pPr>
              <w:keepNext/>
            </w:pPr>
          </w:p>
        </w:tc>
      </w:tr>
      <w:tr w:rsidR="00BD4241" w14:paraId="45AD70AC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5A889AF4" w14:textId="77777777" w:rsidR="00BD4241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BD4241" w14:paraId="0056C1DA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29C8598B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Telefon / fax</w:t>
            </w:r>
          </w:p>
          <w:p w14:paraId="061FE1EC" w14:textId="77777777" w:rsidR="00BD4241" w:rsidRDefault="00BD4241">
            <w:pPr>
              <w:keepNext/>
            </w:pPr>
          </w:p>
        </w:tc>
        <w:tc>
          <w:tcPr>
            <w:tcW w:w="5621" w:type="dxa"/>
            <w:gridSpan w:val="5"/>
          </w:tcPr>
          <w:p w14:paraId="102AC599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53EB2E29" w14:textId="77777777" w:rsidR="00BD4241" w:rsidRDefault="00BD4241">
            <w:pPr>
              <w:keepNext/>
            </w:pPr>
          </w:p>
        </w:tc>
      </w:tr>
      <w:tr w:rsidR="00BD4241" w14:paraId="03BDA35B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B576B57" w14:textId="77777777" w:rsidR="00BD4241" w:rsidRDefault="00000000">
            <w:pPr>
              <w:keepNext/>
            </w:pPr>
            <w:r>
              <w:rPr>
                <w:sz w:val="16"/>
              </w:rPr>
              <w:t xml:space="preserve"> Reprezentare</w:t>
            </w:r>
          </w:p>
        </w:tc>
      </w:tr>
      <w:tr w:rsidR="00BD4241" w14:paraId="652BC137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1D308525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În calitate de reprezentant al</w:t>
            </w:r>
          </w:p>
          <w:p w14:paraId="6970A0EC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2"/>
          </w:tcPr>
          <w:p w14:paraId="20DA7EB0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CUI / CIF</w:t>
            </w:r>
          </w:p>
          <w:p w14:paraId="793AF090" w14:textId="77777777" w:rsidR="00BD4241" w:rsidRDefault="00BD4241">
            <w:pPr>
              <w:keepNext/>
            </w:pPr>
          </w:p>
        </w:tc>
      </w:tr>
      <w:tr w:rsidR="00BD4241" w:rsidRPr="00917520" w14:paraId="53ABF932" w14:textId="77777777">
        <w:trPr>
          <w:cantSplit/>
        </w:trPr>
        <w:tc>
          <w:tcPr>
            <w:tcW w:w="9636" w:type="dxa"/>
            <w:gridSpan w:val="8"/>
          </w:tcPr>
          <w:p w14:paraId="5AA05364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☐ titular al dreptului de proprietate     ☐ împuternicit al titularului</w:t>
            </w:r>
          </w:p>
        </w:tc>
      </w:tr>
    </w:tbl>
    <w:p w14:paraId="0783D327" w14:textId="77777777" w:rsidR="00BD4241" w:rsidRPr="00A256C2" w:rsidRDefault="00BD4241">
      <w:pPr>
        <w:spacing w:line="168" w:lineRule="auto"/>
        <w:rPr>
          <w:lang w:val="fr-FR"/>
        </w:rPr>
      </w:pPr>
    </w:p>
    <w:p w14:paraId="6748266E" w14:textId="77777777" w:rsidR="00BD4241" w:rsidRPr="00232B9E" w:rsidRDefault="00000000">
      <w:pPr>
        <w:spacing w:before="80" w:after="60"/>
        <w:jc w:val="center"/>
        <w:rPr>
          <w:lang w:val="fr-FR"/>
        </w:rPr>
      </w:pPr>
      <w:r w:rsidRPr="00232B9E">
        <w:rPr>
          <w:sz w:val="18"/>
          <w:lang w:val="fr-FR"/>
        </w:rPr>
        <w:t>în conformitate cu prevederile Legii nr. 169/2026 privind Codul amenajării teritoriului, urbanismului și construcțiilor,</w:t>
      </w:r>
    </w:p>
    <w:p w14:paraId="55F72AB1" w14:textId="77777777" w:rsidR="00BD4241" w:rsidRPr="00232B9E" w:rsidRDefault="00000000">
      <w:pPr>
        <w:spacing w:before="80" w:after="60"/>
        <w:jc w:val="center"/>
        <w:rPr>
          <w:lang w:val="fr-FR"/>
        </w:rPr>
      </w:pPr>
      <w:r w:rsidRPr="00232B9E">
        <w:rPr>
          <w:sz w:val="18"/>
          <w:lang w:val="fr-FR"/>
        </w:rPr>
        <w:t>solicit emiterea</w:t>
      </w:r>
    </w:p>
    <w:p w14:paraId="458BA7BA" w14:textId="77777777" w:rsidR="00917520" w:rsidRDefault="00000000">
      <w:pPr>
        <w:spacing w:after="160"/>
        <w:jc w:val="center"/>
        <w:rPr>
          <w:b/>
          <w:sz w:val="20"/>
          <w:lang w:val="fr-FR"/>
        </w:rPr>
      </w:pPr>
      <w:r w:rsidRPr="00232B9E">
        <w:rPr>
          <w:b/>
          <w:sz w:val="20"/>
          <w:lang w:val="fr-FR"/>
        </w:rPr>
        <w:t>CERTIFICATULUI DE URBANISM</w:t>
      </w:r>
    </w:p>
    <w:p w14:paraId="062DB540" w14:textId="00B1F188" w:rsidR="00BD4241" w:rsidRDefault="00000000">
      <w:pPr>
        <w:spacing w:after="160"/>
        <w:jc w:val="center"/>
        <w:rPr>
          <w:b/>
          <w:sz w:val="20"/>
          <w:lang w:val="fr-FR"/>
        </w:rPr>
      </w:pPr>
      <w:r w:rsidRPr="00232B9E">
        <w:rPr>
          <w:b/>
          <w:sz w:val="20"/>
          <w:lang w:val="fr-FR"/>
        </w:rPr>
        <w:t xml:space="preserve"> PENTRU</w:t>
      </w:r>
    </w:p>
    <w:p w14:paraId="44A1332E" w14:textId="12DABAD3" w:rsidR="00462384" w:rsidRPr="00232B9E" w:rsidRDefault="00917520">
      <w:pPr>
        <w:spacing w:after="160"/>
        <w:jc w:val="center"/>
        <w:rPr>
          <w:b/>
          <w:sz w:val="20"/>
          <w:lang w:val="fr-FR"/>
        </w:rPr>
      </w:pPr>
      <w:r w:rsidRPr="00232B9E">
        <w:rPr>
          <w:rFonts w:ascii="Segoe UI Symbol" w:hAnsi="Segoe UI Symbol" w:cs="Segoe UI Symbol"/>
          <w:sz w:val="16"/>
          <w:lang w:val="fr-FR"/>
        </w:rPr>
        <w:t>☐</w:t>
      </w:r>
      <w:r>
        <w:rPr>
          <w:rFonts w:ascii="Segoe UI Symbol" w:hAnsi="Segoe UI Symbol" w:cs="Segoe UI Symbol"/>
          <w:sz w:val="16"/>
          <w:lang w:val="fr-FR"/>
        </w:rPr>
        <w:t xml:space="preserve"> </w:t>
      </w:r>
      <w:r w:rsidR="00462384">
        <w:rPr>
          <w:b/>
          <w:sz w:val="20"/>
          <w:lang w:val="fr-FR"/>
        </w:rPr>
        <w:t xml:space="preserve">CONSTRUIRE / </w:t>
      </w:r>
      <w:r w:rsidRPr="00232B9E">
        <w:rPr>
          <w:rFonts w:ascii="Segoe UI Symbol" w:hAnsi="Segoe UI Symbol" w:cs="Segoe UI Symbol"/>
          <w:sz w:val="16"/>
          <w:lang w:val="fr-FR"/>
        </w:rPr>
        <w:t>☐</w:t>
      </w:r>
      <w:r>
        <w:rPr>
          <w:rFonts w:ascii="Segoe UI Symbol" w:hAnsi="Segoe UI Symbol" w:cs="Segoe UI Symbol"/>
          <w:sz w:val="16"/>
          <w:lang w:val="fr-FR"/>
        </w:rPr>
        <w:t xml:space="preserve"> </w:t>
      </w:r>
      <w:r w:rsidR="00462384">
        <w:rPr>
          <w:b/>
          <w:sz w:val="20"/>
          <w:lang w:val="fr-FR"/>
        </w:rPr>
        <w:t>DESFIINȚARE</w:t>
      </w:r>
    </w:p>
    <w:p w14:paraId="6BCF1DD1" w14:textId="1CB91F6C" w:rsidR="00A256C2" w:rsidRPr="00232B9E" w:rsidRDefault="00A256C2" w:rsidP="00462384">
      <w:pPr>
        <w:spacing w:after="160"/>
        <w:jc w:val="center"/>
        <w:rPr>
          <w:lang w:val="fr-FR"/>
        </w:rPr>
      </w:pPr>
      <w:r w:rsidRPr="00232B9E">
        <w:rPr>
          <w:rFonts w:ascii="Segoe UI Symbol" w:hAnsi="Segoe UI Symbol" w:cs="Segoe UI Symbol"/>
          <w:sz w:val="16"/>
          <w:lang w:val="fr-FR"/>
        </w:rPr>
        <w:t>☐</w:t>
      </w:r>
      <w:r w:rsidRPr="00232B9E">
        <w:rPr>
          <w:sz w:val="16"/>
          <w:lang w:val="fr-FR"/>
        </w:rPr>
        <w:t xml:space="preserve"> pentru clădiri și amenajări  </w:t>
      </w:r>
      <w:r w:rsidR="00917520">
        <w:rPr>
          <w:sz w:val="16"/>
          <w:lang w:val="fr-FR"/>
        </w:rPr>
        <w:t>/</w:t>
      </w:r>
      <w:r w:rsidRPr="00232B9E">
        <w:rPr>
          <w:sz w:val="16"/>
          <w:lang w:val="fr-FR"/>
        </w:rPr>
        <w:t xml:space="preserve">   </w:t>
      </w:r>
      <w:r w:rsidR="00462384" w:rsidRPr="00232B9E">
        <w:rPr>
          <w:rFonts w:ascii="Segoe UI Symbol" w:hAnsi="Segoe UI Symbol" w:cs="Segoe UI Symbol"/>
          <w:sz w:val="16"/>
          <w:lang w:val="fr-FR"/>
        </w:rPr>
        <w:t>☐</w:t>
      </w:r>
      <w:r w:rsidR="00462384" w:rsidRPr="00232B9E">
        <w:rPr>
          <w:sz w:val="16"/>
          <w:lang w:val="fr-FR"/>
        </w:rPr>
        <w:t xml:space="preserve"> </w:t>
      </w:r>
      <w:r w:rsidR="00462384">
        <w:rPr>
          <w:sz w:val="16"/>
          <w:lang w:val="fr-FR"/>
        </w:rPr>
        <w:t>lucrări inginerești</w:t>
      </w:r>
      <w:r w:rsidR="00462384">
        <w:rPr>
          <w:lang w:val="fr-FR"/>
        </w:rPr>
        <w:t xml:space="preserve">  </w:t>
      </w:r>
      <w:r w:rsidR="00917520">
        <w:rPr>
          <w:lang w:val="fr-FR"/>
        </w:rPr>
        <w:t>/</w:t>
      </w:r>
      <w:r w:rsidR="00462384">
        <w:rPr>
          <w:lang w:val="fr-FR"/>
        </w:rPr>
        <w:t xml:space="preserve">   </w:t>
      </w:r>
      <w:r w:rsidRPr="00232B9E">
        <w:rPr>
          <w:rFonts w:ascii="Segoe UI Symbol" w:hAnsi="Segoe UI Symbol" w:cs="Segoe UI Symbol"/>
          <w:sz w:val="16"/>
          <w:lang w:val="fr-FR"/>
        </w:rPr>
        <w:t>☐</w:t>
      </w:r>
      <w:r w:rsidRPr="00232B9E">
        <w:rPr>
          <w:sz w:val="16"/>
          <w:lang w:val="fr-FR"/>
        </w:rPr>
        <w:t xml:space="preserve"> pentru construc</w:t>
      </w:r>
      <w:r w:rsidRPr="00232B9E">
        <w:rPr>
          <w:rFonts w:cs="Times New Roman"/>
          <w:sz w:val="16"/>
          <w:lang w:val="fr-FR"/>
        </w:rPr>
        <w:t>ț</w:t>
      </w:r>
      <w:r w:rsidRPr="00232B9E">
        <w:rPr>
          <w:sz w:val="16"/>
          <w:lang w:val="fr-FR"/>
        </w:rPr>
        <w:t>ii cu caracter special</w:t>
      </w:r>
    </w:p>
    <w:p w14:paraId="386D6A02" w14:textId="77777777" w:rsidR="00BD4241" w:rsidRPr="00232B9E" w:rsidRDefault="00BD4241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14:paraId="0F02257A" w14:textId="77777777">
        <w:trPr>
          <w:cantSplit/>
        </w:trPr>
        <w:tc>
          <w:tcPr>
            <w:tcW w:w="9636" w:type="dxa"/>
            <w:shd w:val="clear" w:color="auto" w:fill="F4F4F4"/>
          </w:tcPr>
          <w:p w14:paraId="5888B12E" w14:textId="1131FE8E" w:rsidR="00BD4241" w:rsidRDefault="00000000">
            <w:pPr>
              <w:keepNext/>
            </w:pPr>
            <w:r w:rsidRPr="00232B9E">
              <w:rPr>
                <w:sz w:val="16"/>
                <w:lang w:val="fr-FR"/>
              </w:rPr>
              <w:t xml:space="preserve"> </w:t>
            </w:r>
            <w:r>
              <w:rPr>
                <w:sz w:val="16"/>
              </w:rPr>
              <w:t xml:space="preserve">în </w:t>
            </w:r>
            <w:r w:rsidR="00A256C2">
              <w:rPr>
                <w:sz w:val="16"/>
              </w:rPr>
              <w:t>vederea realizării obiectivului de investiții</w:t>
            </w:r>
            <w:r>
              <w:rPr>
                <w:sz w:val="16"/>
              </w:rPr>
              <w:t>:</w:t>
            </w:r>
          </w:p>
        </w:tc>
      </w:tr>
      <w:tr w:rsidR="00BD4241" w14:paraId="50990383" w14:textId="77777777">
        <w:trPr>
          <w:cantSplit/>
        </w:trPr>
        <w:tc>
          <w:tcPr>
            <w:tcW w:w="9636" w:type="dxa"/>
          </w:tcPr>
          <w:p w14:paraId="60648525" w14:textId="77777777" w:rsidR="00BD4241" w:rsidRDefault="00BD4241">
            <w:pPr>
              <w:pBdr>
                <w:bottom w:val="dotted" w:sz="6" w:space="0" w:color="999999"/>
              </w:pBdr>
              <w:spacing w:after="80"/>
            </w:pPr>
          </w:p>
          <w:p w14:paraId="0B54D5C1" w14:textId="77777777" w:rsidR="00BD4241" w:rsidRDefault="00BD4241">
            <w:pPr>
              <w:pBdr>
                <w:bottom w:val="dotted" w:sz="6" w:space="0" w:color="999999"/>
              </w:pBdr>
              <w:spacing w:after="80"/>
            </w:pPr>
          </w:p>
        </w:tc>
      </w:tr>
    </w:tbl>
    <w:p w14:paraId="19288D7C" w14:textId="77777777" w:rsidR="00BD4241" w:rsidRDefault="00BD4241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1606"/>
        <w:gridCol w:w="803"/>
        <w:gridCol w:w="803"/>
        <w:gridCol w:w="803"/>
        <w:gridCol w:w="2409"/>
      </w:tblGrid>
      <w:tr w:rsidR="00BD4241" w14:paraId="02B56E76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43C8A02B" w14:textId="77777777" w:rsidR="00BD4241" w:rsidRDefault="00000000">
            <w:pPr>
              <w:keepNext/>
            </w:pPr>
            <w:r>
              <w:rPr>
                <w:b/>
                <w:sz w:val="16"/>
              </w:rPr>
              <w:t xml:space="preserve"> 3. </w:t>
            </w:r>
            <w:r>
              <w:rPr>
                <w:b/>
                <w:color w:val="000000"/>
                <w:sz w:val="18"/>
              </w:rPr>
              <w:t>IMOBILUL/ELE</w:t>
            </w:r>
          </w:p>
        </w:tc>
      </w:tr>
      <w:tr w:rsidR="00BD4241" w14:paraId="1CA69627" w14:textId="77777777">
        <w:trPr>
          <w:cantSplit/>
        </w:trPr>
        <w:tc>
          <w:tcPr>
            <w:tcW w:w="9636" w:type="dxa"/>
            <w:gridSpan w:val="7"/>
          </w:tcPr>
          <w:p w14:paraId="055B5A5F" w14:textId="77777777" w:rsidR="00BD4241" w:rsidRDefault="00000000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BD4241" w14:paraId="4648DBC2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3DDB2402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1B01471E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3"/>
          </w:tcPr>
          <w:p w14:paraId="1B1218BA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204B4E58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2"/>
          </w:tcPr>
          <w:p w14:paraId="04095758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7568887B" w14:textId="77777777" w:rsidR="00BD4241" w:rsidRDefault="00BD4241">
            <w:pPr>
              <w:keepNext/>
            </w:pPr>
          </w:p>
        </w:tc>
      </w:tr>
      <w:tr w:rsidR="00BD4241" w14:paraId="413F74BA" w14:textId="77777777">
        <w:trPr>
          <w:cantSplit/>
          <w:trHeight w:val="510"/>
        </w:trPr>
        <w:tc>
          <w:tcPr>
            <w:tcW w:w="1606" w:type="dxa"/>
          </w:tcPr>
          <w:p w14:paraId="74236BBA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0DE8BF00" w14:textId="77777777" w:rsidR="00BD4241" w:rsidRDefault="00BD4241">
            <w:pPr>
              <w:keepNext/>
            </w:pPr>
          </w:p>
        </w:tc>
        <w:tc>
          <w:tcPr>
            <w:tcW w:w="4818" w:type="dxa"/>
            <w:gridSpan w:val="4"/>
          </w:tcPr>
          <w:p w14:paraId="34F4235D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14FD81C0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5C6769DB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0654DEDD" w14:textId="77777777" w:rsidR="00BD4241" w:rsidRDefault="00BD4241">
            <w:pPr>
              <w:keepNext/>
            </w:pPr>
          </w:p>
        </w:tc>
        <w:tc>
          <w:tcPr>
            <w:tcW w:w="2409" w:type="dxa"/>
          </w:tcPr>
          <w:p w14:paraId="00F671C5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09774FDD" w14:textId="77777777" w:rsidR="00BD4241" w:rsidRDefault="00BD4241">
            <w:pPr>
              <w:keepNext/>
            </w:pPr>
          </w:p>
        </w:tc>
      </w:tr>
      <w:tr w:rsidR="00BD4241" w14:paraId="06DC80B1" w14:textId="77777777">
        <w:trPr>
          <w:cantSplit/>
          <w:trHeight w:val="510"/>
        </w:trPr>
        <w:tc>
          <w:tcPr>
            <w:tcW w:w="5621" w:type="dxa"/>
            <w:gridSpan w:val="4"/>
          </w:tcPr>
          <w:p w14:paraId="3A6DE5B1" w14:textId="77777777" w:rsidR="00BD4241" w:rsidRPr="00A256C2" w:rsidRDefault="00000000">
            <w:pPr>
              <w:keepNext/>
              <w:rPr>
                <w:lang w:val="fr-FR"/>
              </w:rPr>
            </w:pPr>
            <w:r w:rsidRPr="00A256C2">
              <w:rPr>
                <w:b/>
                <w:color w:val="0D5F78"/>
                <w:lang w:val="fr-FR"/>
              </w:rPr>
              <w:t>Număr cadastral/ele</w:t>
            </w:r>
          </w:p>
          <w:p w14:paraId="2511787E" w14:textId="77777777" w:rsidR="00BD4241" w:rsidRPr="00A256C2" w:rsidRDefault="00000000">
            <w:pPr>
              <w:keepNext/>
              <w:rPr>
                <w:lang w:val="fr-FR"/>
              </w:rPr>
            </w:pPr>
            <w:r w:rsidRPr="00A256C2">
              <w:rPr>
                <w:i/>
                <w:color w:val="7A7A7A"/>
                <w:lang w:val="fr-FR"/>
              </w:rPr>
              <w:t>dacă imobilul e înscris în e-Terra</w:t>
            </w:r>
          </w:p>
          <w:p w14:paraId="2A482E4D" w14:textId="77777777" w:rsidR="00BD4241" w:rsidRPr="00A256C2" w:rsidRDefault="00BD4241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2E25001D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Carte funciară nr.</w:t>
            </w:r>
          </w:p>
          <w:p w14:paraId="5C821E97" w14:textId="77777777" w:rsidR="00BD4241" w:rsidRDefault="00BD4241">
            <w:pPr>
              <w:keepNext/>
            </w:pPr>
          </w:p>
        </w:tc>
      </w:tr>
      <w:tr w:rsidR="00BD4241" w14:paraId="3BF4AAB7" w14:textId="77777777">
        <w:trPr>
          <w:cantSplit/>
          <w:trHeight w:val="510"/>
        </w:trPr>
        <w:tc>
          <w:tcPr>
            <w:tcW w:w="4818" w:type="dxa"/>
            <w:gridSpan w:val="3"/>
          </w:tcPr>
          <w:p w14:paraId="5441C71D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Suprafața terenului (m²)</w:t>
            </w:r>
          </w:p>
          <w:p w14:paraId="7A8081F1" w14:textId="77777777" w:rsidR="00BD4241" w:rsidRDefault="00BD4241">
            <w:pPr>
              <w:keepNext/>
            </w:pPr>
          </w:p>
        </w:tc>
        <w:tc>
          <w:tcPr>
            <w:tcW w:w="4818" w:type="dxa"/>
            <w:gridSpan w:val="4"/>
          </w:tcPr>
          <w:p w14:paraId="2F05F5A9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Suprafața construcției (m²)</w:t>
            </w:r>
          </w:p>
          <w:p w14:paraId="12AE18A8" w14:textId="77777777" w:rsidR="00BD4241" w:rsidRDefault="00BD4241">
            <w:pPr>
              <w:keepNext/>
            </w:pPr>
          </w:p>
        </w:tc>
      </w:tr>
    </w:tbl>
    <w:p w14:paraId="05AFE76A" w14:textId="77777777" w:rsidR="00BD4241" w:rsidRDefault="00BD4241">
      <w:pPr>
        <w:spacing w:line="168" w:lineRule="auto"/>
      </w:pPr>
    </w:p>
    <w:p w14:paraId="484D8D92" w14:textId="77777777" w:rsidR="00BD4241" w:rsidRDefault="00000000">
      <w:r>
        <w:br w:type="page"/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14:paraId="59225C5D" w14:textId="77777777">
        <w:trPr>
          <w:cantSplit/>
        </w:trPr>
        <w:tc>
          <w:tcPr>
            <w:tcW w:w="9636" w:type="dxa"/>
            <w:shd w:val="clear" w:color="auto" w:fill="F4F4F4"/>
          </w:tcPr>
          <w:p w14:paraId="623CFF7D" w14:textId="77777777" w:rsidR="00BD4241" w:rsidRDefault="00000000">
            <w:pPr>
              <w:keepNext/>
            </w:pPr>
            <w:r>
              <w:rPr>
                <w:b/>
                <w:sz w:val="16"/>
              </w:rPr>
              <w:lastRenderedPageBreak/>
              <w:t xml:space="preserve"> 4. </w:t>
            </w:r>
            <w:r>
              <w:rPr>
                <w:b/>
                <w:color w:val="000000"/>
                <w:sz w:val="18"/>
              </w:rPr>
              <w:t>ÎNCADRAREA LUCRĂRILOR</w:t>
            </w:r>
          </w:p>
        </w:tc>
      </w:tr>
      <w:tr w:rsidR="00BD4241" w:rsidRPr="00917520" w14:paraId="6D8D566C" w14:textId="77777777">
        <w:trPr>
          <w:cantSplit/>
        </w:trPr>
        <w:tc>
          <w:tcPr>
            <w:tcW w:w="9636" w:type="dxa"/>
            <w:shd w:val="clear" w:color="auto" w:fill="F4F4F4"/>
          </w:tcPr>
          <w:p w14:paraId="163E4297" w14:textId="25D66D26" w:rsidR="00BD4241" w:rsidRPr="00917520" w:rsidRDefault="00000000">
            <w:pPr>
              <w:keepNext/>
              <w:rPr>
                <w:b/>
                <w:bCs/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</w:t>
            </w:r>
            <w:r w:rsidRPr="00917520">
              <w:rPr>
                <w:b/>
                <w:bCs/>
                <w:sz w:val="16"/>
                <w:lang w:val="fr-FR"/>
              </w:rPr>
              <w:t>A · Lucrări de construcții noi</w:t>
            </w:r>
          </w:p>
        </w:tc>
      </w:tr>
      <w:tr w:rsidR="00BD4241" w:rsidRPr="00917520" w14:paraId="4CBB7AF4" w14:textId="77777777">
        <w:trPr>
          <w:cantSplit/>
        </w:trPr>
        <w:tc>
          <w:tcPr>
            <w:tcW w:w="9636" w:type="dxa"/>
          </w:tcPr>
          <w:p w14:paraId="62395695" w14:textId="77777777" w:rsidR="00BD4241" w:rsidRPr="00A256C2" w:rsidRDefault="00000000">
            <w:pPr>
              <w:keepNext/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☐ clădiri civile     ☐ clădiri industriale     ☐ clădiri agricole     ☐ construcții cu caracter special</w:t>
            </w:r>
          </w:p>
        </w:tc>
      </w:tr>
      <w:tr w:rsidR="00BD4241" w:rsidRPr="00917520" w14:paraId="00BD24BB" w14:textId="77777777">
        <w:trPr>
          <w:cantSplit/>
        </w:trPr>
        <w:tc>
          <w:tcPr>
            <w:tcW w:w="9636" w:type="dxa"/>
            <w:shd w:val="clear" w:color="auto" w:fill="F4F4F4"/>
          </w:tcPr>
          <w:p w14:paraId="4F68C0E6" w14:textId="043F5594" w:rsidR="00BD4241" w:rsidRPr="00A256C2" w:rsidRDefault="00000000">
            <w:pPr>
              <w:keepNext/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</w:t>
            </w:r>
            <w:r w:rsidR="00917520">
              <w:rPr>
                <w:sz w:val="16"/>
                <w:lang w:val="fr-FR"/>
              </w:rPr>
              <w:t>r</w:t>
            </w:r>
            <w:r w:rsidRPr="00A256C2">
              <w:rPr>
                <w:sz w:val="16"/>
                <w:lang w:val="fr-FR"/>
              </w:rPr>
              <w:t>ealizate</w:t>
            </w:r>
            <w:r w:rsidR="00A256C2">
              <w:rPr>
                <w:sz w:val="16"/>
                <w:lang w:val="fr-FR"/>
              </w:rPr>
              <w:t xml:space="preserve"> </w:t>
            </w:r>
            <w:r w:rsidR="00A256C2" w:rsidRPr="00A256C2">
              <w:rPr>
                <w:sz w:val="16"/>
                <w:lang w:val="fr-FR"/>
              </w:rPr>
              <w:t xml:space="preserve">(se va bifa, în masura </w:t>
            </w:r>
            <w:r w:rsidR="00A256C2">
              <w:rPr>
                <w:sz w:val="16"/>
                <w:lang w:val="fr-FR"/>
              </w:rPr>
              <w:t>î</w:t>
            </w:r>
            <w:r w:rsidR="00A256C2" w:rsidRPr="00A256C2">
              <w:rPr>
                <w:sz w:val="16"/>
                <w:lang w:val="fr-FR"/>
              </w:rPr>
              <w:t>n care sunt cunoscute solicitantulu</w:t>
            </w:r>
            <w:r w:rsidR="00A256C2">
              <w:rPr>
                <w:sz w:val="16"/>
                <w:lang w:val="fr-FR"/>
              </w:rPr>
              <w:t>i informațiile cu privire la amplasarea în zona de protecție/protejată</w:t>
            </w:r>
            <w:r w:rsidR="00A256C2" w:rsidRPr="00A256C2">
              <w:rPr>
                <w:sz w:val="16"/>
                <w:lang w:val="fr-FR"/>
              </w:rPr>
              <w:t>)</w:t>
            </w:r>
            <w:r w:rsidR="00A256C2">
              <w:rPr>
                <w:sz w:val="16"/>
                <w:lang w:val="fr-FR"/>
              </w:rPr>
              <w:t xml:space="preserve"> </w:t>
            </w:r>
            <w:r w:rsidRPr="00A256C2">
              <w:rPr>
                <w:sz w:val="16"/>
                <w:lang w:val="fr-FR"/>
              </w:rPr>
              <w:t>:</w:t>
            </w:r>
          </w:p>
        </w:tc>
      </w:tr>
      <w:tr w:rsidR="00BD4241" w:rsidRPr="00917520" w14:paraId="16707DF8" w14:textId="77777777">
        <w:trPr>
          <w:cantSplit/>
        </w:trPr>
        <w:tc>
          <w:tcPr>
            <w:tcW w:w="9636" w:type="dxa"/>
          </w:tcPr>
          <w:p w14:paraId="1830A858" w14:textId="6C166497" w:rsidR="00A256C2" w:rsidRDefault="00000000">
            <w:pPr>
              <w:keepNext/>
              <w:rPr>
                <w:sz w:val="16"/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☐ în afara zonei de protecție a monumentelor     ☐ în zona de protecție a monumentelor     ☐ în afara zonelor construite protejate     </w:t>
            </w:r>
          </w:p>
          <w:p w14:paraId="7336BFFF" w14:textId="18BC78A2" w:rsidR="00BD4241" w:rsidRPr="00A256C2" w:rsidRDefault="00A256C2">
            <w:pPr>
              <w:keepNext/>
              <w:rPr>
                <w:lang w:val="fr-FR"/>
              </w:rPr>
            </w:pPr>
            <w:r>
              <w:rPr>
                <w:sz w:val="16"/>
                <w:lang w:val="fr-FR"/>
              </w:rPr>
              <w:t xml:space="preserve"> </w:t>
            </w:r>
            <w:r w:rsidRPr="00A256C2">
              <w:rPr>
                <w:sz w:val="16"/>
                <w:lang w:val="fr-FR"/>
              </w:rPr>
              <w:t>☐ în zone construite protejate</w:t>
            </w:r>
            <w:r>
              <w:rPr>
                <w:sz w:val="16"/>
                <w:lang w:val="fr-FR"/>
              </w:rPr>
              <w:t xml:space="preserve">                              </w:t>
            </w:r>
            <w:r w:rsidRPr="00A256C2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A256C2">
              <w:rPr>
                <w:sz w:val="16"/>
                <w:lang w:val="fr-FR"/>
              </w:rPr>
              <w:t xml:space="preserve"> </w:t>
            </w:r>
            <w:r>
              <w:rPr>
                <w:sz w:val="16"/>
                <w:lang w:val="fr-FR"/>
              </w:rPr>
              <w:t>nu sunt cunoscute solicitantului astfel de informații</w:t>
            </w:r>
            <w:r w:rsidRPr="00A256C2">
              <w:rPr>
                <w:sz w:val="16"/>
                <w:lang w:val="fr-FR"/>
              </w:rPr>
              <w:t xml:space="preserve">     </w:t>
            </w:r>
          </w:p>
        </w:tc>
      </w:tr>
      <w:tr w:rsidR="00BD4241" w:rsidRPr="00917520" w14:paraId="53A5BE4F" w14:textId="77777777">
        <w:trPr>
          <w:cantSplit/>
        </w:trPr>
        <w:tc>
          <w:tcPr>
            <w:tcW w:w="9636" w:type="dxa"/>
            <w:shd w:val="clear" w:color="auto" w:fill="F4F4F4"/>
          </w:tcPr>
          <w:p w14:paraId="751C5C80" w14:textId="05C93D1A" w:rsidR="00917520" w:rsidRDefault="00000000">
            <w:pPr>
              <w:keepNext/>
              <w:rPr>
                <w:b/>
                <w:bCs/>
                <w:sz w:val="16"/>
                <w:lang w:val="fr-FR"/>
              </w:rPr>
            </w:pPr>
            <w:r w:rsidRPr="00917520">
              <w:rPr>
                <w:b/>
                <w:bCs/>
                <w:sz w:val="16"/>
                <w:lang w:val="fr-FR"/>
              </w:rPr>
              <w:t xml:space="preserve"> B</w:t>
            </w:r>
            <w:r w:rsidR="00917520">
              <w:rPr>
                <w:b/>
                <w:bCs/>
                <w:sz w:val="16"/>
                <w:lang w:val="fr-FR"/>
              </w:rPr>
              <w:t>.</w:t>
            </w:r>
            <w:r w:rsidRPr="00917520">
              <w:rPr>
                <w:b/>
                <w:bCs/>
                <w:sz w:val="16"/>
                <w:lang w:val="fr-FR"/>
              </w:rPr>
              <w:t xml:space="preserve"> ·Intervenții asupra construcțiilor existente</w:t>
            </w:r>
            <w:r w:rsidR="00917520" w:rsidRPr="00917520">
              <w:rPr>
                <w:b/>
                <w:bCs/>
                <w:sz w:val="16"/>
                <w:lang w:val="fr-FR"/>
              </w:rPr>
              <w:t xml:space="preserve"> </w:t>
            </w:r>
            <w:r w:rsidR="00917520">
              <w:rPr>
                <w:b/>
                <w:bCs/>
                <w:sz w:val="16"/>
                <w:lang w:val="fr-FR"/>
              </w:rPr>
              <w:t xml:space="preserve">realizate : </w:t>
            </w:r>
          </w:p>
          <w:p w14:paraId="749D5A7F" w14:textId="7913D592" w:rsidR="00BD4241" w:rsidRPr="00917520" w:rsidRDefault="00917520">
            <w:pPr>
              <w:keepNext/>
              <w:rPr>
                <w:b/>
                <w:bCs/>
                <w:lang w:val="fr-FR"/>
              </w:rPr>
            </w:pPr>
            <w:r>
              <w:rPr>
                <w:sz w:val="16"/>
                <w:lang w:val="fr-FR"/>
              </w:rPr>
              <w:t xml:space="preserve"> </w:t>
            </w:r>
            <w:r w:rsidRPr="00A256C2">
              <w:rPr>
                <w:sz w:val="16"/>
                <w:lang w:val="fr-FR"/>
              </w:rPr>
              <w:t>☐</w:t>
            </w:r>
            <w:r>
              <w:rPr>
                <w:sz w:val="16"/>
                <w:lang w:val="fr-FR"/>
              </w:rPr>
              <w:t xml:space="preserve"> </w:t>
            </w:r>
            <w:r w:rsidRPr="00917520">
              <w:rPr>
                <w:b/>
                <w:bCs/>
                <w:sz w:val="16"/>
                <w:lang w:val="fr-FR"/>
              </w:rPr>
              <w:t>B.1. la alte clădiri decât cele prevăzute la lit. B.2) și B.3)</w:t>
            </w:r>
          </w:p>
        </w:tc>
      </w:tr>
      <w:tr w:rsidR="00BD4241" w14:paraId="68DB9200" w14:textId="77777777">
        <w:trPr>
          <w:cantSplit/>
        </w:trPr>
        <w:tc>
          <w:tcPr>
            <w:tcW w:w="9636" w:type="dxa"/>
            <w:shd w:val="clear" w:color="auto" w:fill="F4F4F4"/>
          </w:tcPr>
          <w:p w14:paraId="43929143" w14:textId="09946C98" w:rsidR="00BD4241" w:rsidRPr="00917520" w:rsidRDefault="00000000">
            <w:pPr>
              <w:keepNext/>
              <w:rPr>
                <w:b/>
                <w:bCs/>
                <w:sz w:val="16"/>
              </w:rPr>
            </w:pPr>
            <w:r>
              <w:rPr>
                <w:sz w:val="16"/>
              </w:rPr>
              <w:t xml:space="preserve"> </w:t>
            </w:r>
            <w:r w:rsidR="00917520" w:rsidRPr="00A256C2">
              <w:rPr>
                <w:sz w:val="16"/>
                <w:lang w:val="fr-FR"/>
              </w:rPr>
              <w:t>☐</w:t>
            </w:r>
            <w:r w:rsidR="00917520">
              <w:rPr>
                <w:sz w:val="16"/>
                <w:lang w:val="fr-FR"/>
              </w:rPr>
              <w:t xml:space="preserve"> </w:t>
            </w:r>
            <w:r w:rsidRPr="00917520">
              <w:rPr>
                <w:b/>
                <w:bCs/>
                <w:sz w:val="16"/>
              </w:rPr>
              <w:t xml:space="preserve">B.2 </w:t>
            </w:r>
            <w:r w:rsidR="00917520">
              <w:rPr>
                <w:b/>
                <w:bCs/>
                <w:sz w:val="16"/>
              </w:rPr>
              <w:t>.</w:t>
            </w:r>
            <w:r w:rsidRPr="00917520">
              <w:rPr>
                <w:b/>
                <w:bCs/>
                <w:sz w:val="16"/>
              </w:rPr>
              <w:t>·l</w:t>
            </w:r>
            <w:r w:rsidR="00917520" w:rsidRPr="00917520">
              <w:rPr>
                <w:b/>
                <w:bCs/>
                <w:sz w:val="16"/>
              </w:rPr>
              <w:t>a construcții</w:t>
            </w:r>
            <w:r w:rsidRPr="00917520">
              <w:rPr>
                <w:b/>
                <w:bCs/>
                <w:sz w:val="16"/>
              </w:rPr>
              <w:t>:</w:t>
            </w:r>
          </w:p>
        </w:tc>
      </w:tr>
      <w:tr w:rsidR="00BD4241" w14:paraId="38C10CCA" w14:textId="77777777">
        <w:trPr>
          <w:cantSplit/>
        </w:trPr>
        <w:tc>
          <w:tcPr>
            <w:tcW w:w="9636" w:type="dxa"/>
          </w:tcPr>
          <w:p w14:paraId="4A7D01F6" w14:textId="75013ED7" w:rsidR="00BD4241" w:rsidRDefault="00000000">
            <w:pPr>
              <w:keepNext/>
            </w:pPr>
            <w:r>
              <w:rPr>
                <w:sz w:val="16"/>
              </w:rPr>
              <w:t>☐ monument istoric stabilite potrivit Legii nr. 422/2001 privind protejarea monumentelor istorice, republicată, cu modificările și completările ulterioare, inclusiv la anexele acestora identificate în același imobil (teren și/sau construcții)</w:t>
            </w:r>
          </w:p>
        </w:tc>
      </w:tr>
      <w:tr w:rsidR="00BD4241" w14:paraId="68A8984F" w14:textId="77777777">
        <w:trPr>
          <w:cantSplit/>
        </w:trPr>
        <w:tc>
          <w:tcPr>
            <w:tcW w:w="9636" w:type="dxa"/>
          </w:tcPr>
          <w:p w14:paraId="611473BA" w14:textId="6A0B37E4" w:rsidR="00BD4241" w:rsidRDefault="00000000">
            <w:pPr>
              <w:keepNext/>
            </w:pPr>
            <w:r>
              <w:rPr>
                <w:sz w:val="16"/>
              </w:rPr>
              <w:t>☐ aflate în zona de protecție a monumentelor istorice</w:t>
            </w:r>
          </w:p>
        </w:tc>
      </w:tr>
      <w:tr w:rsidR="00BD4241" w:rsidRPr="00917520" w14:paraId="2E03D770" w14:textId="77777777">
        <w:trPr>
          <w:cantSplit/>
        </w:trPr>
        <w:tc>
          <w:tcPr>
            <w:tcW w:w="9636" w:type="dxa"/>
          </w:tcPr>
          <w:p w14:paraId="26E80490" w14:textId="059D6448" w:rsidR="00BD4241" w:rsidRPr="00A256C2" w:rsidRDefault="00000000">
            <w:pPr>
              <w:keepNext/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>☐ aflate în zone construite protejate, stabilite potrivit legii</w:t>
            </w:r>
          </w:p>
        </w:tc>
      </w:tr>
      <w:tr w:rsidR="00BD4241" w:rsidRPr="00917520" w14:paraId="399BC221" w14:textId="77777777">
        <w:trPr>
          <w:cantSplit/>
        </w:trPr>
        <w:tc>
          <w:tcPr>
            <w:tcW w:w="9636" w:type="dxa"/>
          </w:tcPr>
          <w:p w14:paraId="646CB655" w14:textId="3A8D83ED" w:rsidR="00BD4241" w:rsidRPr="00A256C2" w:rsidRDefault="00000000">
            <w:pPr>
              <w:keepNext/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>☐ cu valoare arhitecturală sau istorică deosebită, stabilite prin documentații de urbanism aprobate</w:t>
            </w:r>
          </w:p>
        </w:tc>
      </w:tr>
      <w:tr w:rsidR="00BD4241" w:rsidRPr="00917520" w14:paraId="0E0553C6" w14:textId="77777777">
        <w:trPr>
          <w:cantSplit/>
        </w:trPr>
        <w:tc>
          <w:tcPr>
            <w:tcW w:w="9636" w:type="dxa"/>
            <w:shd w:val="clear" w:color="auto" w:fill="F4F4F4"/>
          </w:tcPr>
          <w:p w14:paraId="2773515E" w14:textId="1E16CC47" w:rsidR="00BD4241" w:rsidRPr="00917520" w:rsidRDefault="00917520">
            <w:pPr>
              <w:keepNext/>
              <w:rPr>
                <w:lang w:val="fr-FR"/>
              </w:rPr>
            </w:pPr>
            <w:r w:rsidRPr="00917520">
              <w:rPr>
                <w:b/>
                <w:bCs/>
                <w:sz w:val="16"/>
                <w:lang w:val="fr-FR"/>
              </w:rPr>
              <w:t>☐  B.3 · la clădiri / construcții cu caracter special</w:t>
            </w:r>
            <w:r w:rsidRPr="00917520">
              <w:rPr>
                <w:sz w:val="16"/>
                <w:lang w:val="fr-FR"/>
              </w:rPr>
              <w:t xml:space="preserve"> </w:t>
            </w:r>
            <w:r>
              <w:rPr>
                <w:sz w:val="16"/>
                <w:lang w:val="fr-FR"/>
              </w:rPr>
              <w:t xml:space="preserve">            </w:t>
            </w:r>
            <w:r w:rsidRPr="00917520">
              <w:rPr>
                <w:sz w:val="16"/>
                <w:lang w:val="fr-FR"/>
              </w:rPr>
              <w:t>☐</w:t>
            </w:r>
            <w:r>
              <w:rPr>
                <w:sz w:val="16"/>
                <w:lang w:val="fr-FR"/>
              </w:rPr>
              <w:t xml:space="preserve"> </w:t>
            </w:r>
            <w:r w:rsidRPr="00917520">
              <w:rPr>
                <w:sz w:val="16"/>
                <w:lang w:val="fr-FR"/>
              </w:rPr>
              <w:t xml:space="preserve">altele decât cele stabilite la </w:t>
            </w:r>
            <w:r>
              <w:rPr>
                <w:sz w:val="16"/>
                <w:lang w:val="fr-FR"/>
              </w:rPr>
              <w:t xml:space="preserve">lit. </w:t>
            </w:r>
            <w:r w:rsidRPr="00917520">
              <w:rPr>
                <w:sz w:val="16"/>
                <w:lang w:val="fr-FR"/>
              </w:rPr>
              <w:t>B</w:t>
            </w:r>
            <w:r>
              <w:rPr>
                <w:sz w:val="16"/>
                <w:lang w:val="fr-FR"/>
              </w:rPr>
              <w:t>.2)</w:t>
            </w:r>
          </w:p>
        </w:tc>
      </w:tr>
      <w:tr w:rsidR="00BD4241" w:rsidRPr="00917520" w14:paraId="239F77F8" w14:textId="77777777">
        <w:trPr>
          <w:cantSplit/>
        </w:trPr>
        <w:tc>
          <w:tcPr>
            <w:tcW w:w="9636" w:type="dxa"/>
          </w:tcPr>
          <w:p w14:paraId="7D6B977C" w14:textId="5D3DCD24" w:rsidR="00BD4241" w:rsidRPr="00917520" w:rsidRDefault="00000000">
            <w:pPr>
              <w:keepNext/>
              <w:rPr>
                <w:lang w:val="fr-FR"/>
              </w:rPr>
            </w:pPr>
            <w:r w:rsidRPr="00917520">
              <w:rPr>
                <w:sz w:val="16"/>
                <w:lang w:val="fr-FR"/>
              </w:rPr>
              <w:t xml:space="preserve"> </w:t>
            </w:r>
            <w:r w:rsidR="00917520">
              <w:rPr>
                <w:sz w:val="16"/>
                <w:lang w:val="fr-FR"/>
              </w:rPr>
              <w:t xml:space="preserve">                                                                                                </w:t>
            </w:r>
            <w:r w:rsidR="00917520" w:rsidRPr="00917520">
              <w:rPr>
                <w:sz w:val="16"/>
                <w:lang w:val="fr-FR"/>
              </w:rPr>
              <w:t>☐</w:t>
            </w:r>
            <w:r w:rsidR="00917520">
              <w:rPr>
                <w:sz w:val="16"/>
                <w:lang w:val="fr-FR"/>
              </w:rPr>
              <w:t xml:space="preserve"> din categoria celor </w:t>
            </w:r>
            <w:r w:rsidR="00917520" w:rsidRPr="00917520">
              <w:rPr>
                <w:sz w:val="16"/>
                <w:lang w:val="fr-FR"/>
              </w:rPr>
              <w:t xml:space="preserve">stabilite la </w:t>
            </w:r>
            <w:r w:rsidR="00917520">
              <w:rPr>
                <w:sz w:val="16"/>
                <w:lang w:val="fr-FR"/>
              </w:rPr>
              <w:t xml:space="preserve">lit. </w:t>
            </w:r>
            <w:r w:rsidR="00917520" w:rsidRPr="00917520">
              <w:rPr>
                <w:sz w:val="16"/>
                <w:lang w:val="fr-FR"/>
              </w:rPr>
              <w:t>B</w:t>
            </w:r>
            <w:r w:rsidR="00917520">
              <w:rPr>
                <w:sz w:val="16"/>
                <w:lang w:val="fr-FR"/>
              </w:rPr>
              <w:t>.2)</w:t>
            </w:r>
          </w:p>
        </w:tc>
      </w:tr>
      <w:tr w:rsidR="00BD4241" w14:paraId="61FD499A" w14:textId="77777777">
        <w:trPr>
          <w:cantSplit/>
        </w:trPr>
        <w:tc>
          <w:tcPr>
            <w:tcW w:w="9636" w:type="dxa"/>
            <w:shd w:val="clear" w:color="auto" w:fill="F4F4F4"/>
          </w:tcPr>
          <w:p w14:paraId="37CA2BC1" w14:textId="77777777" w:rsidR="00BD4241" w:rsidRDefault="00000000">
            <w:pPr>
              <w:keepNext/>
            </w:pPr>
            <w:r w:rsidRPr="00917520">
              <w:rPr>
                <w:sz w:val="16"/>
                <w:lang w:val="fr-FR"/>
              </w:rPr>
              <w:t xml:space="preserve"> </w:t>
            </w:r>
            <w:r>
              <w:rPr>
                <w:sz w:val="16"/>
              </w:rPr>
              <w:t>C · Amenajări</w:t>
            </w:r>
          </w:p>
        </w:tc>
      </w:tr>
      <w:tr w:rsidR="00BD4241" w14:paraId="34F7FA5C" w14:textId="77777777">
        <w:trPr>
          <w:cantSplit/>
        </w:trPr>
        <w:tc>
          <w:tcPr>
            <w:tcW w:w="9636" w:type="dxa"/>
          </w:tcPr>
          <w:p w14:paraId="4CFD8584" w14:textId="77777777" w:rsidR="00BD4241" w:rsidRDefault="00000000">
            <w:pPr>
              <w:keepNext/>
            </w:pPr>
            <w:r>
              <w:rPr>
                <w:sz w:val="16"/>
              </w:rPr>
              <w:t xml:space="preserve"> ☐ amenajări civile     ☐ amenajări și îmbunătățiri funciare     ☐ construcții provizorii / cu caracter temporar     ☐ cercetarea / prospectarea terenurilor, foraje, excavări     ☐ cercetări pentru zăcăminte naturale     ☐ spații verzi, plantate     ☐ spații publice     ☐ organizare de șantier</w:t>
            </w:r>
          </w:p>
        </w:tc>
      </w:tr>
      <w:tr w:rsidR="00BD4241" w14:paraId="18FED438" w14:textId="77777777">
        <w:trPr>
          <w:cantSplit/>
        </w:trPr>
        <w:tc>
          <w:tcPr>
            <w:tcW w:w="9636" w:type="dxa"/>
            <w:shd w:val="clear" w:color="auto" w:fill="F4F4F4"/>
          </w:tcPr>
          <w:p w14:paraId="284C7A5C" w14:textId="77777777" w:rsidR="00BD4241" w:rsidRDefault="00000000">
            <w:pPr>
              <w:keepNext/>
            </w:pPr>
            <w:r>
              <w:rPr>
                <w:sz w:val="16"/>
              </w:rPr>
              <w:t xml:space="preserve"> D · Lucrări inginerești</w:t>
            </w:r>
          </w:p>
        </w:tc>
      </w:tr>
      <w:tr w:rsidR="00BD4241" w:rsidRPr="00917520" w14:paraId="4831990D" w14:textId="77777777">
        <w:trPr>
          <w:cantSplit/>
        </w:trPr>
        <w:tc>
          <w:tcPr>
            <w:tcW w:w="9636" w:type="dxa"/>
          </w:tcPr>
          <w:p w14:paraId="0320360C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>☐ infrastructură de transport</w:t>
            </w:r>
          </w:p>
          <w:p w14:paraId="05C62BB3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>☐ infrastructură energetică</w:t>
            </w:r>
          </w:p>
          <w:p w14:paraId="1E87347E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>☐ rețele de comunicații electronice</w:t>
            </w:r>
          </w:p>
          <w:p w14:paraId="43F594AA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>☐ gospodărirea apelor</w:t>
            </w:r>
          </w:p>
          <w:p w14:paraId="3F55129D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>☐ hidrotehnice</w:t>
            </w:r>
          </w:p>
          <w:p w14:paraId="3DB7F2E4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>☐ miniere</w:t>
            </w:r>
          </w:p>
          <w:p w14:paraId="54EDF735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>☐ alte lucrări inginerești necesare realizării unor obiective de interes public</w:t>
            </w:r>
          </w:p>
        </w:tc>
      </w:tr>
    </w:tbl>
    <w:p w14:paraId="31C957AC" w14:textId="77777777" w:rsidR="00BD4241" w:rsidRPr="00A256C2" w:rsidRDefault="00BD4241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14:paraId="581ADD5E" w14:textId="77777777">
        <w:trPr>
          <w:cantSplit/>
        </w:trPr>
        <w:tc>
          <w:tcPr>
            <w:tcW w:w="9636" w:type="dxa"/>
            <w:shd w:val="clear" w:color="auto" w:fill="F4F4F4"/>
          </w:tcPr>
          <w:p w14:paraId="1435340F" w14:textId="77777777" w:rsidR="00BD4241" w:rsidRDefault="00000000">
            <w:pPr>
              <w:keepNext/>
            </w:pPr>
            <w:r w:rsidRPr="00A256C2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5. </w:t>
            </w:r>
            <w:r>
              <w:rPr>
                <w:b/>
                <w:color w:val="000000"/>
                <w:sz w:val="18"/>
              </w:rPr>
              <w:t>SE ANEXEAZĂ</w:t>
            </w:r>
          </w:p>
        </w:tc>
      </w:tr>
      <w:tr w:rsidR="00BD4241" w:rsidRPr="00917520" w14:paraId="5B0ED88D" w14:textId="77777777">
        <w:trPr>
          <w:cantSplit/>
        </w:trPr>
        <w:tc>
          <w:tcPr>
            <w:tcW w:w="9636" w:type="dxa"/>
          </w:tcPr>
          <w:p w14:paraId="19DE41B0" w14:textId="77777777" w:rsidR="00200AB0" w:rsidRDefault="00000000">
            <w:pPr>
              <w:rPr>
                <w:sz w:val="16"/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☐ extras de carte funciară actualizat     </w:t>
            </w:r>
          </w:p>
          <w:p w14:paraId="0D86EE92" w14:textId="62B10523" w:rsidR="00A256C2" w:rsidRPr="00A256C2" w:rsidRDefault="00200AB0">
            <w:pPr>
              <w:rPr>
                <w:sz w:val="16"/>
                <w:lang w:val="fr-FR"/>
              </w:rPr>
            </w:pPr>
            <w:r>
              <w:rPr>
                <w:sz w:val="16"/>
                <w:lang w:val="fr-FR"/>
              </w:rPr>
              <w:t xml:space="preserve"> </w:t>
            </w:r>
            <w:r w:rsidRPr="00A256C2">
              <w:rPr>
                <w:sz w:val="16"/>
                <w:lang w:val="fr-FR"/>
              </w:rPr>
              <w:t>☐ plan de situație propus, cu amprenta la sol a corpurilor</w:t>
            </w:r>
            <w:r w:rsidR="00A256C2" w:rsidRPr="00A256C2">
              <w:rPr>
                <w:sz w:val="16"/>
                <w:lang w:val="fr-FR"/>
              </w:rPr>
              <w:t xml:space="preserve"> </w:t>
            </w:r>
            <w:r w:rsidR="00A256C2">
              <w:rPr>
                <w:sz w:val="16"/>
                <w:lang w:val="fr-FR"/>
              </w:rPr>
              <w:t>de clădire</w:t>
            </w:r>
            <w:r>
              <w:rPr>
                <w:sz w:val="16"/>
                <w:lang w:val="fr-FR"/>
              </w:rPr>
              <w:t xml:space="preserve"> propuse spre construire /desființare / extindere</w:t>
            </w:r>
            <w:r w:rsidR="00A256C2">
              <w:rPr>
                <w:sz w:val="16"/>
                <w:lang w:val="fr-FR"/>
              </w:rPr>
              <w:t xml:space="preserve"> </w:t>
            </w:r>
            <w:r w:rsidRPr="00A256C2">
              <w:rPr>
                <w:sz w:val="16"/>
                <w:lang w:val="fr-FR"/>
              </w:rPr>
              <w:t xml:space="preserve">    </w:t>
            </w:r>
          </w:p>
          <w:p w14:paraId="19AB48A6" w14:textId="5112B693" w:rsidR="00BD4241" w:rsidRPr="00232B9E" w:rsidRDefault="00A256C2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</w:t>
            </w:r>
            <w:r w:rsidRPr="00232B9E">
              <w:rPr>
                <w:sz w:val="16"/>
                <w:lang w:val="fr-FR"/>
              </w:rPr>
              <w:t>☐ plan de încadrare în zonă</w:t>
            </w:r>
            <w:r w:rsidR="00745F29">
              <w:rPr>
                <w:sz w:val="16"/>
                <w:lang w:val="fr-FR"/>
              </w:rPr>
              <w:t xml:space="preserve"> în sistem Stereo 70</w:t>
            </w:r>
            <w:r w:rsidRPr="00232B9E">
              <w:rPr>
                <w:sz w:val="16"/>
                <w:lang w:val="fr-FR"/>
              </w:rPr>
              <w:t xml:space="preserve">     ☐ descrierea succintă a investiției     ☐ împuternicirea, dacă este cazul</w:t>
            </w:r>
          </w:p>
        </w:tc>
      </w:tr>
    </w:tbl>
    <w:p w14:paraId="639687AA" w14:textId="77777777" w:rsidR="00BD4241" w:rsidRPr="00232B9E" w:rsidRDefault="00BD4241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14:paraId="387B745F" w14:textId="77777777">
        <w:trPr>
          <w:cantSplit/>
        </w:trPr>
        <w:tc>
          <w:tcPr>
            <w:tcW w:w="9636" w:type="dxa"/>
            <w:shd w:val="clear" w:color="auto" w:fill="F4F4F4"/>
          </w:tcPr>
          <w:p w14:paraId="20DF7AEC" w14:textId="77777777" w:rsidR="00BD4241" w:rsidRDefault="00000000">
            <w:pPr>
              <w:keepNext/>
            </w:pPr>
            <w:r w:rsidRPr="00232B9E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6. </w:t>
            </w:r>
            <w:r>
              <w:rPr>
                <w:b/>
                <w:color w:val="000000"/>
                <w:sz w:val="18"/>
              </w:rPr>
              <w:t>COMUNICAREA RĂSPUNSULUI</w:t>
            </w:r>
          </w:p>
        </w:tc>
      </w:tr>
      <w:tr w:rsidR="00BD4241" w:rsidRPr="00917520" w14:paraId="7F3B093B" w14:textId="77777777">
        <w:trPr>
          <w:cantSplit/>
        </w:trPr>
        <w:tc>
          <w:tcPr>
            <w:tcW w:w="9636" w:type="dxa"/>
          </w:tcPr>
          <w:p w14:paraId="732C22AC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☐ în format scris, prin poștă     ☐ în format digital, la adresa de e-mail indicată     ☐ ridicare de la sediul autorității</w:t>
            </w:r>
          </w:p>
        </w:tc>
      </w:tr>
    </w:tbl>
    <w:p w14:paraId="16DE1A3E" w14:textId="77777777" w:rsidR="00BD4241" w:rsidRPr="00A256C2" w:rsidRDefault="00BD4241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BD4241" w14:paraId="0930033A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61A16F19" w14:textId="77777777" w:rsidR="00BD4241" w:rsidRDefault="00000000">
            <w:pPr>
              <w:keepNext/>
            </w:pPr>
            <w:r w:rsidRPr="00A256C2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7.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BD4241" w14:paraId="334442A2" w14:textId="77777777">
        <w:trPr>
          <w:cantSplit/>
          <w:trHeight w:val="510"/>
        </w:trPr>
        <w:tc>
          <w:tcPr>
            <w:tcW w:w="1606" w:type="dxa"/>
          </w:tcPr>
          <w:p w14:paraId="11F88630" w14:textId="77777777" w:rsidR="00BD4241" w:rsidRDefault="00000000">
            <w:r>
              <w:rPr>
                <w:b/>
                <w:color w:val="0D5F78"/>
              </w:rPr>
              <w:t>Data</w:t>
            </w:r>
          </w:p>
          <w:p w14:paraId="0640A92C" w14:textId="77777777" w:rsidR="00BD4241" w:rsidRDefault="00BD4241"/>
        </w:tc>
        <w:tc>
          <w:tcPr>
            <w:tcW w:w="4818" w:type="dxa"/>
          </w:tcPr>
          <w:p w14:paraId="79A6A644" w14:textId="77777777" w:rsidR="00BD4241" w:rsidRDefault="00000000">
            <w:r>
              <w:rPr>
                <w:b/>
                <w:color w:val="0D5F78"/>
              </w:rPr>
              <w:t>Solicitantul</w:t>
            </w:r>
          </w:p>
          <w:p w14:paraId="09458222" w14:textId="77777777" w:rsidR="00BD4241" w:rsidRDefault="00BD4241"/>
        </w:tc>
        <w:tc>
          <w:tcPr>
            <w:tcW w:w="3212" w:type="dxa"/>
          </w:tcPr>
          <w:p w14:paraId="4A9DF68B" w14:textId="77777777" w:rsidR="00BD4241" w:rsidRDefault="00000000">
            <w:r>
              <w:rPr>
                <w:b/>
                <w:color w:val="0D5F78"/>
              </w:rPr>
              <w:t>Semnătura</w:t>
            </w:r>
          </w:p>
          <w:p w14:paraId="29080212" w14:textId="77777777" w:rsidR="00BD4241" w:rsidRDefault="00BD4241"/>
        </w:tc>
      </w:tr>
    </w:tbl>
    <w:p w14:paraId="5CBD0F60" w14:textId="77777777" w:rsidR="00BD4241" w:rsidRDefault="00BD4241">
      <w:pPr>
        <w:spacing w:line="168" w:lineRule="auto"/>
      </w:pPr>
    </w:p>
    <w:sectPr w:rsidR="00BD4241" w:rsidSect="00034616">
      <w:footerReference w:type="default" r:id="rId9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6AFE6" w14:textId="77777777" w:rsidR="00F118AB" w:rsidRDefault="00F118AB">
      <w:r>
        <w:separator/>
      </w:r>
    </w:p>
  </w:endnote>
  <w:endnote w:type="continuationSeparator" w:id="0">
    <w:p w14:paraId="30AA0153" w14:textId="77777777" w:rsidR="00F118AB" w:rsidRDefault="00F11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060EA" w14:textId="77777777" w:rsidR="00BD4241" w:rsidRDefault="00000000">
    <w:pPr>
      <w:pStyle w:val="Footer"/>
      <w:tabs>
        <w:tab w:val="right" w:pos="9639"/>
      </w:tabs>
    </w:pPr>
    <w:r>
      <w:rPr>
        <w:color w:val="595959"/>
      </w:rPr>
      <w:t>F_CU_04 · versiunea 1.0</w:t>
    </w:r>
    <w:r>
      <w:rPr>
        <w:color w:val="595959"/>
      </w:rPr>
      <w:tab/>
      <w:t xml:space="preserve">pagina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A256C2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A256C2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E6EBA" w14:textId="77777777" w:rsidR="00F118AB" w:rsidRDefault="00F118AB">
      <w:r>
        <w:separator/>
      </w:r>
    </w:p>
  </w:footnote>
  <w:footnote w:type="continuationSeparator" w:id="0">
    <w:p w14:paraId="7C8D346A" w14:textId="77777777" w:rsidR="00F118AB" w:rsidRDefault="00F118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3849742">
    <w:abstractNumId w:val="8"/>
  </w:num>
  <w:num w:numId="2" w16cid:durableId="1290161248">
    <w:abstractNumId w:val="6"/>
  </w:num>
  <w:num w:numId="3" w16cid:durableId="450900546">
    <w:abstractNumId w:val="5"/>
  </w:num>
  <w:num w:numId="4" w16cid:durableId="1028723877">
    <w:abstractNumId w:val="4"/>
  </w:num>
  <w:num w:numId="5" w16cid:durableId="1273243551">
    <w:abstractNumId w:val="7"/>
  </w:num>
  <w:num w:numId="6" w16cid:durableId="221529888">
    <w:abstractNumId w:val="3"/>
  </w:num>
  <w:num w:numId="7" w16cid:durableId="432629807">
    <w:abstractNumId w:val="2"/>
  </w:num>
  <w:num w:numId="8" w16cid:durableId="1030952832">
    <w:abstractNumId w:val="1"/>
  </w:num>
  <w:num w:numId="9" w16cid:durableId="2091194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444F"/>
    <w:rsid w:val="0015074B"/>
    <w:rsid w:val="00200AB0"/>
    <w:rsid w:val="00232B9E"/>
    <w:rsid w:val="0029639D"/>
    <w:rsid w:val="00326F90"/>
    <w:rsid w:val="004232B2"/>
    <w:rsid w:val="004408E8"/>
    <w:rsid w:val="00462384"/>
    <w:rsid w:val="006C103E"/>
    <w:rsid w:val="00745F29"/>
    <w:rsid w:val="0082373E"/>
    <w:rsid w:val="00850B64"/>
    <w:rsid w:val="008A6421"/>
    <w:rsid w:val="00917520"/>
    <w:rsid w:val="009511F8"/>
    <w:rsid w:val="00A256C2"/>
    <w:rsid w:val="00AA1D8D"/>
    <w:rsid w:val="00B47730"/>
    <w:rsid w:val="00BD4241"/>
    <w:rsid w:val="00CB0664"/>
    <w:rsid w:val="00D50DD0"/>
    <w:rsid w:val="00F118A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5E0B59"/>
  <w14:defaultImageDpi w14:val="300"/>
  <w15:docId w15:val="{5F3DEF22-94E4-44E9-A21D-CE78EE56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645</Words>
  <Characters>3683</Characters>
  <Application>Microsoft Office Word</Application>
  <DocSecurity>0</DocSecurity>
  <Lines>30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4320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Urbanism</cp:lastModifiedBy>
  <cp:revision>2</cp:revision>
  <dcterms:created xsi:type="dcterms:W3CDTF">2013-12-23T23:15:00Z</dcterms:created>
  <dcterms:modified xsi:type="dcterms:W3CDTF">2026-09-07T08:18:00Z</dcterms:modified>
  <cp:category/>
</cp:coreProperties>
</file>